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נטיית מילות היחס על, אל, ב, ל, את, מ, עם לפי כינויי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פעלים הדורשים מילת יחס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נכונים עם מילות יחס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עליי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אליכם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הנטייה של מ עם 'הוא' היא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הנטייה של עם עם 'אתן' היא איתכן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הנטייה של את עם 'היא' היא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 + אני = לי, ואילו עליי היא הנטייה של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הנטייה של אל עם 'הם' היא אליהם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היחס המתאימה לפועל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מילת יחס עם כינוי גוף לצורה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(איתך)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(עליהם)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(אתכם)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(אליי)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משפטים עם פעלים ומילת יחס קבועה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'מתגעגע/ת ל...' עם תוכן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הכולל 'מתעניין/ת ב...' עם תוכן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הכולל 'מוותר/ת על...' עם תוכן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הכולל 'לוותר על...'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קצרה בעל פה על טבלת הנטייה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את הצורות הקשות יותר כמו עם ואת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לבדוק זה את זה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מילים קטנות כמו על, אל, ב, ל משתנות כשמדברים על אני, אתה, הוא וכו׳. יש פעלים שתמיד צריך אחריהם מילת יחס מסוימת, למשל להתגעגע ל...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קטנה כמו על, אל, ב, שמחברת בין מילים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של מילה לפי הגוף - אני, אתה, הוא...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כמו אני, אתה, הוא, היא,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 עם מילת יחס קבועה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שתמיד בא אחריו אותה מילת יחס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להתגעגע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לרצות לראות מישהו שרחוק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להתעניין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לרצות לדעת עוד על 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לדון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ולהחליט יחד על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לוותר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להפסיק לרצות או לבקש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כש'על' מתחבר ל'אני'?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אומרים כש'מ' מתחבר ל'אתה'?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כש'עם' מתחבר ל'היא'?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איתך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כש'ל' מתחבר ל'הם'?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אומרים כש'את' מתחבר ל'אני'?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אומרים כש'אל' מתחבר ל'אתם'?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 + הוא = ממנו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+ אתן = איתכן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+ היא =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 + אני = עליי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+ הם = אליהם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היחס המתאימה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מתגעגעים __________ המשפחה שנשארה בחוץ לארץ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מתעניינים __________ מוזיקה ישראלית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חברי הכנסת דנים __________ ההצעה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הוא החליט לוותר __________ הטיול בגלל מזג האוויר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תמיד חושב __________ העתיד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המורה עוזרת __________ התלמידים בשיעורי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מילת יחס עם כינוי גוף לצורה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עם +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 +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איתך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 + 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אתכם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 + אתם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 +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עליהם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משפטים עם פעלים ומילת יחס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הפועל 'להתגעגע' ומילת היחס המתאימה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הפועל 'להתעניין' ומילת היחס המתאימה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עם הפועל 'לוותר' ומילת היחס המתאימה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הצורה הנכונה של 'על' + 'אתם'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מילת יחס מתאימה לפועל 'להתעניין'?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הפועל 'לוותר' ומילת היחס המתאימה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יחס ונטייה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