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נטיית מילות היחס על, אל, ב, ל, את, מ, עם לפי כינויי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פעלים הדורשים מילת יחס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נכונים עם מילות יחס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עליי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הנטייה של מ עם 'הוא' היא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הנטייה של עם עם 'אתן' היא איתכן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היחס המתאימה לפועל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מילת יחס עם כינוי גוף לצורה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(איתך)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(עליהם)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(אתכם)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משפטים עם פעלים ומילת יחס קבועה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'מתגעגע/ת ל...' עם תוכן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הכולל 'מתעניין/ת ב...' עם תוכן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הכולל 'לוותר על...'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קצרה בעל פה על טבלת הנטייה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את הצורות הקשות יותר כמו עם ואת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לבדוק זה את זה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מילות יחס כמו על, אל, ב, ל, את, מ, עם משתנות כשמוסיפים להן כינוי גוף, למשל על + הם = עליהם. יש גם פעלים שתמיד מופיעה אחריהם אותה מילת יחס, כמו להתגעגע ל... או לדון ב...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  ·  ב  ·  על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+ אני =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עם + היא =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 + הוא = ממנו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עם + אתן = איתכן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מילת היחס המתאימה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אנחנו מתגעגעים __________ המשפחה שנשארה בחוץ לארץ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הילדים מתעניינים __________ מוזיקה 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הוא החליט לוותר __________ הטיול בגלל מזג האוויר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מילת יחס עם כינוי גוף לצורה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עם +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עליהם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 +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אתכם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על + 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איתך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את + אתם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כתיבת משפטים עם פעלים ומילת יחס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עם הפועל 'להתגעגע' ומילת היחס המתאימה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עם הפועל 'להתעניין' ומילת היחס המתאימה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הצורה הנכונה של 'על' + 'אתם'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מילת יחס מתאימה לפועל 'להתעניין'?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יחס ונטייה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